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B2318" w14:textId="77777777" w:rsidR="004F2726" w:rsidRPr="0084710D" w:rsidRDefault="00000000">
      <w:pPr>
        <w:rPr>
          <w:lang w:val="pl-PL"/>
        </w:rPr>
      </w:pPr>
      <w:r w:rsidRPr="0084710D">
        <w:rPr>
          <w:b/>
          <w:color w:val="003366"/>
          <w:sz w:val="40"/>
          <w:lang w:val="pl-PL"/>
        </w:rPr>
        <w:t>Informacja o działalności Szkoły Podstawowej Specjalnej Nr 24 w Płocku</w:t>
      </w:r>
    </w:p>
    <w:p w14:paraId="6F1E1E9E" w14:textId="77777777" w:rsidR="004F2726" w:rsidRPr="0084710D" w:rsidRDefault="00000000">
      <w:pPr>
        <w:rPr>
          <w:lang w:val="pl-PL"/>
        </w:rPr>
      </w:pPr>
      <w:r w:rsidRPr="0084710D">
        <w:rPr>
          <w:i/>
          <w:color w:val="666666"/>
          <w:sz w:val="22"/>
          <w:lang w:val="pl-PL"/>
        </w:rPr>
        <w:t xml:space="preserve">Tekst łatwy do czytania i zrozumienia (ETR — </w:t>
      </w:r>
      <w:proofErr w:type="spellStart"/>
      <w:r w:rsidRPr="0084710D">
        <w:rPr>
          <w:i/>
          <w:color w:val="666666"/>
          <w:sz w:val="22"/>
          <w:lang w:val="pl-PL"/>
        </w:rPr>
        <w:t>Easy</w:t>
      </w:r>
      <w:proofErr w:type="spellEnd"/>
      <w:r w:rsidRPr="0084710D">
        <w:rPr>
          <w:i/>
          <w:color w:val="666666"/>
          <w:sz w:val="22"/>
          <w:lang w:val="pl-PL"/>
        </w:rPr>
        <w:t xml:space="preserve"> to Read)</w:t>
      </w:r>
    </w:p>
    <w:p w14:paraId="71897780" w14:textId="77777777" w:rsidR="004F2726" w:rsidRPr="0084710D" w:rsidRDefault="004F2726">
      <w:pPr>
        <w:rPr>
          <w:lang w:val="pl-PL"/>
        </w:rPr>
      </w:pPr>
    </w:p>
    <w:p w14:paraId="41BA5D1D" w14:textId="77777777" w:rsidR="004F2726" w:rsidRDefault="00000000">
      <w:pPr>
        <w:keepNext/>
        <w:spacing w:before="360" w:after="120"/>
      </w:pPr>
      <w:r>
        <w:rPr>
          <w:b/>
          <w:color w:val="003366"/>
          <w:sz w:val="32"/>
        </w:rPr>
        <w:t xml:space="preserve">Kim </w:t>
      </w:r>
      <w:proofErr w:type="spellStart"/>
      <w:r>
        <w:rPr>
          <w:b/>
          <w:color w:val="003366"/>
          <w:sz w:val="32"/>
        </w:rPr>
        <w:t>jesteśmy</w:t>
      </w:r>
      <w:proofErr w:type="spellEnd"/>
      <w:r>
        <w:rPr>
          <w:b/>
          <w:color w:val="003366"/>
          <w:sz w:val="32"/>
        </w:rPr>
        <w:t>?</w:t>
      </w:r>
    </w:p>
    <w:p w14:paraId="259305DE" w14:textId="77777777" w:rsidR="004F2726" w:rsidRPr="0084710D" w:rsidRDefault="00000000">
      <w:pPr>
        <w:pStyle w:val="Listapunktowana"/>
        <w:spacing w:after="120" w:line="312" w:lineRule="auto"/>
        <w:rPr>
          <w:lang w:val="pl-PL"/>
        </w:rPr>
      </w:pPr>
      <w:r w:rsidRPr="0084710D">
        <w:rPr>
          <w:b/>
          <w:lang w:val="pl-PL"/>
        </w:rPr>
        <w:t xml:space="preserve">My to </w:t>
      </w:r>
      <w:r w:rsidRPr="0084710D">
        <w:rPr>
          <w:lang w:val="pl-PL"/>
        </w:rPr>
        <w:t>Szkoła Podstawowa Specjalna Nr 24.</w:t>
      </w:r>
    </w:p>
    <w:p w14:paraId="1454D172" w14:textId="77777777" w:rsidR="004F2726" w:rsidRPr="0084710D" w:rsidRDefault="00000000">
      <w:pPr>
        <w:pStyle w:val="Listapunktowana"/>
        <w:spacing w:after="120" w:line="312" w:lineRule="auto"/>
        <w:rPr>
          <w:lang w:val="pl-PL"/>
        </w:rPr>
      </w:pPr>
      <w:r w:rsidRPr="0084710D">
        <w:rPr>
          <w:b/>
          <w:lang w:val="pl-PL"/>
        </w:rPr>
        <w:t xml:space="preserve">Nasza szkoła znajduje się w </w:t>
      </w:r>
      <w:r w:rsidRPr="0084710D">
        <w:rPr>
          <w:lang w:val="pl-PL"/>
        </w:rPr>
        <w:t>Płocku.</w:t>
      </w:r>
    </w:p>
    <w:p w14:paraId="14F3B3F2" w14:textId="77777777" w:rsidR="004F2726" w:rsidRPr="0084710D" w:rsidRDefault="00000000">
      <w:pPr>
        <w:pStyle w:val="Listapunktowana"/>
        <w:spacing w:after="120" w:line="312" w:lineRule="auto"/>
        <w:rPr>
          <w:lang w:val="pl-PL"/>
        </w:rPr>
      </w:pPr>
      <w:r w:rsidRPr="0084710D">
        <w:rPr>
          <w:b/>
          <w:lang w:val="pl-PL"/>
        </w:rPr>
        <w:t xml:space="preserve">Szkołą kieruje pani dyrektor </w:t>
      </w:r>
      <w:r w:rsidRPr="0084710D">
        <w:rPr>
          <w:lang w:val="pl-PL"/>
        </w:rPr>
        <w:t xml:space="preserve">Katarzyna Renata </w:t>
      </w:r>
      <w:proofErr w:type="spellStart"/>
      <w:r w:rsidRPr="0084710D">
        <w:rPr>
          <w:lang w:val="pl-PL"/>
        </w:rPr>
        <w:t>Gano</w:t>
      </w:r>
      <w:proofErr w:type="spellEnd"/>
      <w:r w:rsidRPr="0084710D">
        <w:rPr>
          <w:lang w:val="pl-PL"/>
        </w:rPr>
        <w:t>.</w:t>
      </w:r>
    </w:p>
    <w:p w14:paraId="644B00DC" w14:textId="77777777" w:rsidR="004F2726" w:rsidRPr="0084710D" w:rsidRDefault="00000000">
      <w:pPr>
        <w:pStyle w:val="Listapunktowana"/>
        <w:spacing w:after="120" w:line="312" w:lineRule="auto"/>
        <w:rPr>
          <w:lang w:val="pl-PL"/>
        </w:rPr>
      </w:pPr>
      <w:r w:rsidRPr="0084710D">
        <w:rPr>
          <w:b/>
          <w:lang w:val="pl-PL"/>
        </w:rPr>
        <w:t xml:space="preserve">Pomagają jej </w:t>
      </w:r>
      <w:r w:rsidRPr="0084710D">
        <w:rPr>
          <w:lang w:val="pl-PL"/>
        </w:rPr>
        <w:t>nauczyciele i inni pracownicy.</w:t>
      </w:r>
    </w:p>
    <w:p w14:paraId="2C6CEFBC" w14:textId="77777777" w:rsidR="004F2726" w:rsidRPr="0084710D" w:rsidRDefault="00000000">
      <w:pPr>
        <w:keepNext/>
        <w:spacing w:before="360" w:after="120"/>
        <w:rPr>
          <w:lang w:val="pl-PL"/>
        </w:rPr>
      </w:pPr>
      <w:r w:rsidRPr="0084710D">
        <w:rPr>
          <w:b/>
          <w:color w:val="003366"/>
          <w:sz w:val="32"/>
          <w:lang w:val="pl-PL"/>
        </w:rPr>
        <w:t>Czym się zajmujemy?</w:t>
      </w:r>
    </w:p>
    <w:p w14:paraId="6A35C3C7" w14:textId="77777777" w:rsidR="004F2726" w:rsidRDefault="00000000">
      <w:pPr>
        <w:spacing w:after="120" w:line="312" w:lineRule="auto"/>
      </w:pPr>
      <w:r w:rsidRPr="0084710D">
        <w:rPr>
          <w:lang w:val="pl-PL"/>
        </w:rPr>
        <w:t xml:space="preserve">Nasza szkoła uczy i wspiera dzieci. </w:t>
      </w:r>
      <w:proofErr w:type="spellStart"/>
      <w:r>
        <w:t>Nasze</w:t>
      </w:r>
      <w:proofErr w:type="spellEnd"/>
      <w:r>
        <w:t xml:space="preserve"> </w:t>
      </w:r>
      <w:proofErr w:type="spellStart"/>
      <w:r>
        <w:t>główne</w:t>
      </w:r>
      <w:proofErr w:type="spellEnd"/>
      <w:r>
        <w:t xml:space="preserve"> </w:t>
      </w:r>
      <w:proofErr w:type="spellStart"/>
      <w:r>
        <w:t>działania</w:t>
      </w:r>
      <w:proofErr w:type="spellEnd"/>
      <w:r>
        <w:t xml:space="preserve"> to:</w:t>
      </w:r>
    </w:p>
    <w:p w14:paraId="2BA4AA3F" w14:textId="77777777" w:rsidR="004F2726" w:rsidRPr="0084710D" w:rsidRDefault="00000000">
      <w:pPr>
        <w:pStyle w:val="Listapunktowana"/>
        <w:spacing w:after="120" w:line="312" w:lineRule="auto"/>
        <w:rPr>
          <w:lang w:val="pl-PL"/>
        </w:rPr>
      </w:pPr>
      <w:r w:rsidRPr="0084710D">
        <w:rPr>
          <w:b/>
          <w:lang w:val="pl-PL"/>
        </w:rPr>
        <w:t xml:space="preserve">Szkoła podstawowa: </w:t>
      </w:r>
      <w:r w:rsidRPr="0084710D">
        <w:rPr>
          <w:lang w:val="pl-PL"/>
        </w:rPr>
        <w:t>Uczymy dzieci w klasach od 1 do 8.</w:t>
      </w:r>
    </w:p>
    <w:p w14:paraId="6723FD83" w14:textId="689E34CB" w:rsidR="004F2726" w:rsidRPr="0084710D" w:rsidRDefault="00000000">
      <w:pPr>
        <w:pStyle w:val="Listapunktowana"/>
        <w:spacing w:after="120" w:line="312" w:lineRule="auto"/>
        <w:rPr>
          <w:lang w:val="pl-PL"/>
        </w:rPr>
      </w:pPr>
      <w:r w:rsidRPr="0084710D">
        <w:rPr>
          <w:b/>
          <w:lang w:val="pl-PL"/>
        </w:rPr>
        <w:t xml:space="preserve">Przedszkole: </w:t>
      </w:r>
      <w:r w:rsidRPr="0084710D">
        <w:rPr>
          <w:lang w:val="pl-PL"/>
        </w:rPr>
        <w:t>Prowadzimy zajęcia dla młodszych dzieci</w:t>
      </w:r>
      <w:r w:rsidR="0084710D" w:rsidRPr="0084710D">
        <w:rPr>
          <w:lang w:val="pl-PL"/>
        </w:rPr>
        <w:t xml:space="preserve"> - zerówka</w:t>
      </w:r>
      <w:r w:rsidRPr="0084710D">
        <w:rPr>
          <w:lang w:val="pl-PL"/>
        </w:rPr>
        <w:t>.</w:t>
      </w:r>
    </w:p>
    <w:p w14:paraId="6AC1877E" w14:textId="77777777" w:rsidR="004F2726" w:rsidRPr="0084710D" w:rsidRDefault="00000000">
      <w:pPr>
        <w:pStyle w:val="Listapunktowana"/>
        <w:spacing w:after="120" w:line="312" w:lineRule="auto"/>
        <w:rPr>
          <w:lang w:val="pl-PL"/>
        </w:rPr>
      </w:pPr>
      <w:r w:rsidRPr="0084710D">
        <w:rPr>
          <w:b/>
          <w:lang w:val="pl-PL"/>
        </w:rPr>
        <w:t xml:space="preserve">Wczesne Wspomaganie Rozwoju: </w:t>
      </w:r>
      <w:r w:rsidRPr="0084710D">
        <w:rPr>
          <w:lang w:val="pl-PL"/>
        </w:rPr>
        <w:t>Pomagamy małym dzieciom, które potrzebują opieki specjalistów.</w:t>
      </w:r>
    </w:p>
    <w:p w14:paraId="1D77E51C" w14:textId="77777777" w:rsidR="004F2726" w:rsidRPr="0084710D" w:rsidRDefault="00000000">
      <w:pPr>
        <w:pStyle w:val="Listapunktowana"/>
        <w:spacing w:after="120" w:line="312" w:lineRule="auto"/>
        <w:rPr>
          <w:lang w:val="pl-PL"/>
        </w:rPr>
      </w:pPr>
      <w:r w:rsidRPr="0084710D">
        <w:rPr>
          <w:b/>
          <w:lang w:val="pl-PL"/>
        </w:rPr>
        <w:t xml:space="preserve">Obiady: </w:t>
      </w:r>
      <w:r w:rsidRPr="0084710D">
        <w:rPr>
          <w:lang w:val="pl-PL"/>
        </w:rPr>
        <w:t>W szkole działa stołówka, gdzie dzieci jedzą ciepłe posiłki.</w:t>
      </w:r>
    </w:p>
    <w:p w14:paraId="1B9D3213" w14:textId="77777777" w:rsidR="004F2726" w:rsidRPr="0084710D" w:rsidRDefault="00000000">
      <w:pPr>
        <w:pStyle w:val="Listapunktowana"/>
        <w:spacing w:after="120" w:line="312" w:lineRule="auto"/>
        <w:rPr>
          <w:lang w:val="pl-PL"/>
        </w:rPr>
      </w:pPr>
      <w:r w:rsidRPr="0084710D">
        <w:rPr>
          <w:b/>
          <w:lang w:val="pl-PL"/>
        </w:rPr>
        <w:t xml:space="preserve">Centrum Wspierania (SCWEW): </w:t>
      </w:r>
      <w:r w:rsidRPr="0084710D">
        <w:rPr>
          <w:lang w:val="pl-PL"/>
        </w:rPr>
        <w:t>Pomagamy także innym szkołom, aby dobrze uczyły wszystkie dzieci.</w:t>
      </w:r>
    </w:p>
    <w:p w14:paraId="7896C0A4" w14:textId="77777777" w:rsidR="004F2726" w:rsidRPr="0084710D" w:rsidRDefault="00000000">
      <w:pPr>
        <w:keepNext/>
        <w:spacing w:before="360" w:after="120"/>
        <w:rPr>
          <w:lang w:val="pl-PL"/>
        </w:rPr>
      </w:pPr>
      <w:r w:rsidRPr="0084710D">
        <w:rPr>
          <w:b/>
          <w:color w:val="003366"/>
          <w:sz w:val="32"/>
          <w:lang w:val="pl-PL"/>
        </w:rPr>
        <w:t>Jak możesz się z nami skontaktować?</w:t>
      </w:r>
    </w:p>
    <w:p w14:paraId="4A694731" w14:textId="77777777" w:rsidR="004F2726" w:rsidRDefault="00000000">
      <w:pPr>
        <w:pStyle w:val="Listapunktowana"/>
        <w:spacing w:after="120" w:line="312" w:lineRule="auto"/>
      </w:pPr>
      <w:r w:rsidRPr="0084710D">
        <w:rPr>
          <w:b/>
          <w:lang w:val="pl-PL"/>
        </w:rPr>
        <w:t xml:space="preserve">Przyjdź do nas: </w:t>
      </w:r>
      <w:r w:rsidRPr="0084710D">
        <w:rPr>
          <w:lang w:val="pl-PL"/>
        </w:rPr>
        <w:t xml:space="preserve">Nasz adres to ul. </w:t>
      </w:r>
      <w:proofErr w:type="spellStart"/>
      <w:r>
        <w:t>Słoneczna</w:t>
      </w:r>
      <w:proofErr w:type="spellEnd"/>
      <w:r>
        <w:t xml:space="preserve"> 65, 09-402 </w:t>
      </w:r>
      <w:proofErr w:type="spellStart"/>
      <w:r>
        <w:t>Płock</w:t>
      </w:r>
      <w:proofErr w:type="spellEnd"/>
      <w:r>
        <w:t>.</w:t>
      </w:r>
    </w:p>
    <w:p w14:paraId="43DD0721" w14:textId="77777777" w:rsidR="004F2726" w:rsidRPr="0084710D" w:rsidRDefault="00000000">
      <w:pPr>
        <w:pStyle w:val="Listapunktowana"/>
        <w:spacing w:after="120" w:line="312" w:lineRule="auto"/>
        <w:rPr>
          <w:lang w:val="pl-PL"/>
        </w:rPr>
      </w:pPr>
      <w:r w:rsidRPr="0084710D">
        <w:rPr>
          <w:b/>
          <w:lang w:val="pl-PL"/>
        </w:rPr>
        <w:t xml:space="preserve">Zadzwoń do nas: </w:t>
      </w:r>
      <w:r w:rsidRPr="0084710D">
        <w:rPr>
          <w:lang w:val="pl-PL"/>
        </w:rPr>
        <w:t>Nasz numer telefonu to 24 366 99 55 lub komórkowy 723 007 065.</w:t>
      </w:r>
    </w:p>
    <w:p w14:paraId="11675F26" w14:textId="77777777" w:rsidR="004F2726" w:rsidRPr="0084710D" w:rsidRDefault="00000000">
      <w:pPr>
        <w:pStyle w:val="Listapunktowana"/>
        <w:spacing w:after="120" w:line="312" w:lineRule="auto"/>
        <w:rPr>
          <w:lang w:val="pl-PL"/>
        </w:rPr>
      </w:pPr>
      <w:r w:rsidRPr="0084710D">
        <w:rPr>
          <w:b/>
          <w:lang w:val="pl-PL"/>
        </w:rPr>
        <w:t xml:space="preserve">Napisz e-mail: </w:t>
      </w:r>
      <w:r w:rsidRPr="0084710D">
        <w:rPr>
          <w:lang w:val="pl-PL"/>
        </w:rPr>
        <w:t>Nasz adres to sekretariat@sps24.edu.pl.</w:t>
      </w:r>
    </w:p>
    <w:p w14:paraId="45B9E655" w14:textId="77777777" w:rsidR="004F2726" w:rsidRDefault="00000000">
      <w:pPr>
        <w:keepNext/>
        <w:spacing w:before="360" w:after="120"/>
      </w:pPr>
      <w:proofErr w:type="spellStart"/>
      <w:r>
        <w:rPr>
          <w:b/>
          <w:color w:val="003366"/>
          <w:sz w:val="32"/>
        </w:rPr>
        <w:lastRenderedPageBreak/>
        <w:t>Informacja</w:t>
      </w:r>
      <w:proofErr w:type="spellEnd"/>
      <w:r>
        <w:rPr>
          <w:b/>
          <w:color w:val="003366"/>
          <w:sz w:val="32"/>
        </w:rPr>
        <w:t xml:space="preserve"> </w:t>
      </w:r>
      <w:proofErr w:type="spellStart"/>
      <w:r>
        <w:rPr>
          <w:b/>
          <w:color w:val="003366"/>
          <w:sz w:val="32"/>
        </w:rPr>
        <w:t>dla</w:t>
      </w:r>
      <w:proofErr w:type="spellEnd"/>
      <w:r>
        <w:rPr>
          <w:b/>
          <w:color w:val="003366"/>
          <w:sz w:val="32"/>
        </w:rPr>
        <w:t xml:space="preserve"> </w:t>
      </w:r>
      <w:proofErr w:type="spellStart"/>
      <w:r>
        <w:rPr>
          <w:b/>
          <w:color w:val="003366"/>
          <w:sz w:val="32"/>
        </w:rPr>
        <w:t>osób</w:t>
      </w:r>
      <w:proofErr w:type="spellEnd"/>
      <w:r>
        <w:rPr>
          <w:b/>
          <w:color w:val="003366"/>
          <w:sz w:val="32"/>
        </w:rPr>
        <w:t xml:space="preserve"> z niepełnosprawnościami</w:t>
      </w:r>
    </w:p>
    <w:p w14:paraId="07C62732" w14:textId="77777777" w:rsidR="004F2726" w:rsidRPr="0084710D" w:rsidRDefault="00000000">
      <w:pPr>
        <w:pStyle w:val="Listapunktowana"/>
        <w:spacing w:after="120" w:line="312" w:lineRule="auto"/>
        <w:rPr>
          <w:lang w:val="pl-PL"/>
        </w:rPr>
      </w:pPr>
      <w:r w:rsidRPr="0084710D">
        <w:rPr>
          <w:b/>
          <w:lang w:val="pl-PL"/>
        </w:rPr>
        <w:t xml:space="preserve">Budynek: </w:t>
      </w:r>
      <w:r w:rsidRPr="0084710D">
        <w:rPr>
          <w:lang w:val="pl-PL"/>
        </w:rPr>
        <w:t>Nasz budynek jest nowoczesny i parterowy.</w:t>
      </w:r>
    </w:p>
    <w:p w14:paraId="57DA543F" w14:textId="77777777" w:rsidR="004F2726" w:rsidRPr="0084710D" w:rsidRDefault="00000000">
      <w:pPr>
        <w:pStyle w:val="Listapunktowana"/>
        <w:spacing w:after="120" w:line="312" w:lineRule="auto"/>
        <w:rPr>
          <w:lang w:val="pl-PL"/>
        </w:rPr>
      </w:pPr>
      <w:r w:rsidRPr="0084710D">
        <w:rPr>
          <w:b/>
          <w:lang w:val="pl-PL"/>
        </w:rPr>
        <w:t xml:space="preserve">Wejście: </w:t>
      </w:r>
      <w:r w:rsidRPr="0084710D">
        <w:rPr>
          <w:lang w:val="pl-PL"/>
        </w:rPr>
        <w:t>Łatwo wejść do środka, ponieważ nie ma trudnych schodów.</w:t>
      </w:r>
    </w:p>
    <w:p w14:paraId="6DDEDFBB" w14:textId="77777777" w:rsidR="004F2726" w:rsidRPr="0084710D" w:rsidRDefault="00000000">
      <w:pPr>
        <w:pStyle w:val="Listapunktowana"/>
        <w:spacing w:after="120" w:line="312" w:lineRule="auto"/>
        <w:rPr>
          <w:lang w:val="pl-PL"/>
        </w:rPr>
      </w:pPr>
      <w:r w:rsidRPr="0084710D">
        <w:rPr>
          <w:b/>
          <w:lang w:val="pl-PL"/>
        </w:rPr>
        <w:t xml:space="preserve">Pies przewodnik: </w:t>
      </w:r>
      <w:r w:rsidRPr="0084710D">
        <w:rPr>
          <w:lang w:val="pl-PL"/>
        </w:rPr>
        <w:t>Do szkoły możesz wejść z psem przewodnikiem.</w:t>
      </w:r>
    </w:p>
    <w:sectPr w:rsidR="004F2726" w:rsidRPr="0084710D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34998645">
    <w:abstractNumId w:val="8"/>
  </w:num>
  <w:num w:numId="2" w16cid:durableId="808934104">
    <w:abstractNumId w:val="6"/>
  </w:num>
  <w:num w:numId="3" w16cid:durableId="2025478034">
    <w:abstractNumId w:val="5"/>
  </w:num>
  <w:num w:numId="4" w16cid:durableId="2133673067">
    <w:abstractNumId w:val="4"/>
  </w:num>
  <w:num w:numId="5" w16cid:durableId="1894656602">
    <w:abstractNumId w:val="7"/>
  </w:num>
  <w:num w:numId="6" w16cid:durableId="1483304422">
    <w:abstractNumId w:val="3"/>
  </w:num>
  <w:num w:numId="7" w16cid:durableId="569000903">
    <w:abstractNumId w:val="2"/>
  </w:num>
  <w:num w:numId="8" w16cid:durableId="1200699284">
    <w:abstractNumId w:val="1"/>
  </w:num>
  <w:num w:numId="9" w16cid:durableId="1721007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831AD"/>
    <w:rsid w:val="004F2726"/>
    <w:rsid w:val="0084710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592FE"/>
  <w14:defaultImageDpi w14:val="300"/>
  <w15:docId w15:val="{AE563353-65E1-42BB-9C08-95ECCA608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175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Rosa Brian</cp:lastModifiedBy>
  <cp:revision>2</cp:revision>
  <dcterms:created xsi:type="dcterms:W3CDTF">2013-12-23T23:15:00Z</dcterms:created>
  <dcterms:modified xsi:type="dcterms:W3CDTF">2026-10-26T11:35:00Z</dcterms:modified>
  <cp:category/>
</cp:coreProperties>
</file>